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מהדורה למורה – מבחן גרסה מותאמת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טבלת ניקוד, מפתח תשובות, מחוון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מורה · יצרה: רוית ראש בן ישי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🔑 טבלת ניקוד (100 נקודות)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סעיף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נקודות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שאלות רב-ברירה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27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נכון / לא נכון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12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התאמת מושגים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12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ציר זמן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ניתוח מקור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משימת תרשים – הפירמידה הפיאודלית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שאלות קצרות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15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שאלה מורחבת – בחרו אחת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סה״כ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100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מפתח תשובות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חלק א׳ – ידע (51 נקודות)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שאלות רב-ברירה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1. א. מקור שנוצר בתקופה עצמה, בידי אנשים שחיו בה – מקור ראשוני נוצר בזמן האירוע.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2. ב. המאה ה-11 – 1096 נמצאת בין 1001 ל-1100.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3. ב. בודק מי כתב, מתי ולמה – ומשווה – בודקים אמינות ומשווים בין מקורות.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4. א. בארץ ישראל, בזמן שלטון רומא – הנצרות צמחה בארץ ישראל במאה ה-1 לספירה.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5. א. שהנוצרים יכולים להתפלל בחופשיות – צו מילאנו נתן חופש פולחן לנוצרים.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6. ב. 476 לספירה – 476 – סוף העת העתיקה ותחילת ימי הביניים.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7. א. נשבע לו אמונים ושירת אותו כלוחם – הווסל קיבל אדמה תמורת נאמנות ושירות צבאי.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8. א. לכבוש את ירושלים והמקומות הקדושים לנצרות – האפיפיור קרא לכבוש את ירושלים.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9. א. בית כנסת, רב, צדקה וחינוך – הקהילה ניהלה את חייה בעצמה.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נכון / לא נכון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1. נכון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2. נכון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3. לא נכון – תיקון: תאודוסיוס קבע את הנצרות כדת המדינה בשנת 380 לספירה.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4. נכון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התאמת מושגים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1. ציר זמן ← ג · 2. פאולוס ← א · 3. הברית החדשה ← ה · 4. מעשר ← ב · 5. גילדה ← ו · 6. ביזנטיון ← ד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חלק ב׳ – מיומנויות (24 נקודות)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ציר זמן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1. צו מילאנו – חופש פולחן לנוצרים (313 לספירה)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2. הנצרות הופכת לדת המדינה (380 לספירה)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3. נפילת האימפריה הרומית המערבית (476 לספירה)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4. קרל הגדול מוכתר לקיסר (800 לספירה)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5. הפילוג הגדול בכנסייה (1054 לספירה)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6. מסע הצלב הראשון יוצא לדרך (1096 לספירה)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ניתוח מקור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האם זהו מקור ראשוני או משני? הקיפו: ראשוני / משני. השלימו: זהו מקור _____ כי הוא נכתב בשנת _____ בידי _____.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ראשוני – כי הוא נכתב בשנת 313 לספירה בידי הקיסרים עצמם, בזמן האירוע.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11. כתבו שתי החלטות מהצו. (רמז: חופש… / החזרת…)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1) חופש דת – אסור למנוע מהנוצרים להתפלל. 2) מקומות התפילה והרכוש יוחזרו לנוצרים בלי תשלום.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משימת תרשים – הפירמידה הפיאודלית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מלמעלה למטה: מלך ← אצילים / סניורים גדולים ← אבירים ← איכרים וצמיתים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12. השלימו את שתי השכבות החסרות בפירמידה.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שכבה 2: אצילים / סניורים גדולים. שכבה 4: איכרים וצמיתים. (2 נק׳ לכל שכבה.)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13. מה נתנו הצמיתים לאדון, ומה קיבלו ממנו? השלימו: הצמיתים נתנו _____ וקיבלו _____.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הצמיתים נתנו עבודה בשדות האדון וחלק מהיבול, וקיבלו הגנה ומקום לגור ולעבד.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חלק ג׳ – הבנה וכתיבה (25 נקודות)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שאלות קצרות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14. מה עושה היסטוריון? כתבו שני דברים.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1) שואל שאלה על העבר; 2) אוסף מקורות; 3) בודק אם המקורות אמינים ומשווה ביניהם; 4) מסביר ומסיק מסקנה. (כל שניים.)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15. כתבו שתי סיבות לכך שהנצרות התפשטה באימפריה הרומית.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1) דרכים רומיות טובות; 2) שפה משותפת; 3) פאולוס הפיץ אותה בקרב לא-יהודים; 4) אחרי צו מילאנו – הקיסרים תמכו בה. (כל שתיים.)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16. כתבו שני דברים שעשו במנזרים בימי הביניים.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1) העתקת ספרים; 2) לימוד; 3) חקלאות; 4) טיפול בחולים ובעניים; 5) תפילה. (כל שניים.)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שאלה מורחבת – בחרו אחת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שאלה א סיבה ותוצאה: המוות השחור (1347–1351). כתבו מה קרה ושלוש תוצאות של המגפה. אפשר להתחיל כך: ׳בשנת 1347 פרצה מגפה… בגלל המגפה…׳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בשנת 1347 פרצה באירופה מגפת המוות השחור. לפי הערכות, מתו בה כשליש מהאנשים באירופה. תוצאה 1: חסרו עובדים בשדות. תוצאה 2: האיכרים שנשארו דרשו שכר גבוה יותר, והשיטה הפיאודלית נחלשה. תוצאה 3: אנשים פחדו וחיפשו אשמים – והאשימו לשווא את היהודים. תוצאה 4: חלק מהאנשים פחות האמינו בכוח הכנסייה.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שאלה ב השוואה: אביר וצמית. כתבו דבר אחד דומה ושני דברים שונים. אפשר להתחיל כך: ׳האביר… ואילו הצמית…׳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דומה: שניהם היו תלויים באדון שמעליהם וחייבים לו נאמנות. שונה 1: האביר היה לוחם רכוב, ואילו הצמית עבד בשדות. שונה 2: האביר קיבל אדמה תמורת שירות, ואילו הצמית היה קשור לאדמה ולא יכול היה לעזוב. שונה 3: האביר היה גבוה יותר בפירמידה, הצמית בתחתית.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📏 מחוון לשאלת ההרחבה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רמות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ידע נכון (עובדות ומושגים)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מלא: 4 – עובדות נכונות · חלקי: 2 – חלק מהעובדות נכונות · אין: 0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מענה למשימה (שלוש תוצאות / דמיון ושני הבדלים)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מלא: 4 – כל החלקים · חלקי: 2 – חלק מהחלקים · אין: 0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כתיבה ברורה במשפטים שלמים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מלא: 2 – ברור ומסודר · חלקי: 1 – ברור בחלקו · אין: 0 (אין להוריד על שגיאות כתיב)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🔎 לוודא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הגרסה המותאמת נגזרת מגרסה א׳; תאריכים ועיבוד צו מילאנו – ראו פריטי 'לוודא' בגרסה א׳.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'כשליש מאוכלוסיית אירופה' במוות השחור – הערכה מקובלת, יש הערכות בין רבע לחצי.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ציר הזמן מציג את השנים ליד האירועים (התאמה) – לוודא שזו רמת הסיוע הרצויה; אפשר להסתיר את השנים לתלמידים שמסוגלים.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📄 עותק המבחן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הוראות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משך המבחן: 90 דקות. במבחן שלושה חלקים.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קראו כל שאלה לאט. אפשר להיעזר במחסן המילים 📦 שליד השאלה.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בשאלות האמריקאיות הקיפו תשובה אחת מתוך שלוש.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בחלק ג׳ בחרו שאלה מורחבת אחת מתוך שתיים. אפשר להיעזר בשורות הפתיחה.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בסוף בדקו שעניתם על כל השאלות. בהצלחה! 🍀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א׳ – ידע (51 נקודות)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זה תענו על שאלות קצרות על מושגים ואירועים. ענו על כל השאלות.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שאלות רב-ברירה (27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הקיפו את התשובה הנכונה (3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מהו מקור ראשוני?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מקור שנוצר בתקופה עצמה, בידי אנשים שחיו בה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ספר לימוד שנכתב היום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סרט שצולם השנה על ימי הביניים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המאה ה-11 היא השנים 1001–1100. באיזו מאה נמצאת השנה 1096?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המאה ה-10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המאה ה-11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המאה ה-12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שני מקורות מספרים על אותו אירוע בצורה שונה. מה עושה היסטוריון?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בוחר את המקור הארוך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בודק מי כתב, מתי ולמה – ומשווה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מתעלם משני המקורות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היכן צמחה הנצרות?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בארץ ישראל, בזמן שלטון רומא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ביוון העתיקה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באמריקה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מה קבע צו מילאנו בשנת 313 לספירה?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שהנוצרים יכולים להתפלל בחופשיות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שהכנסייה מתפלגת לשתיים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שקרל הגדול הוא הקיסר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באיזו שנה נפלה האימפריה הרומית המערבית – ומתחילים ימי הביניים?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313 לספירה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476 לספירה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1096 לספירה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מה עשה ווסל עבור הסניור (האדון) שלו?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נשבע לו אמונים ושירת אותו כלוחם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העתיק עבורו ספרים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בחר עבורו את האפיפיור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מה הייתה המטרה של מסעי הצלב?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לכבוש את ירושלים והמקומות הקדושים לנצרות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לגלות את אמריקה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להקים ערים חדשות באירופה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מה היה בקהילה היהודית באירופה בימי הביניים?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בית כנסת, רב, צדקה וחינוך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צבא של אבירים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טירה של סניור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נכון / לא נכון (12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סמנו ✔ (נכון) או ✘ (לא נכון). את המשפט הלא נכון כתבו מחדש בצורה נכונה (3 נקודות לכל משפט).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#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משפט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נכון /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תיקון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מטבע עתיק שנמצא בחפירה הוא מקור ראשוני.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ישו היה יהודי מהגליל.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תאודוסיוס קבע את הנצרות כדת המדינה בשנת 1054.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צמיתים היו קשורים לאדמה ועבדו בשדות האדון.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התאמת מושגים (12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מתחו קו בין המושג להסבר שלו (2 נקודות לכל התאמה).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🧺 בנק מילים: </w:t>
      </w:r>
      <w:r>
        <w:rPr>
          <w:rFonts w:cs="Arial" w:ascii="Arial" w:hAnsi="Arial"/>
          <w:rtl w:val="1"/>
        </w:rPr>
        <w:t>ציר זמן · פאולוס · הברית החדשה · מעשר · גילדה · ביזנטיון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מושג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אות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הגדרה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1. ציר זמן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א. הפיץ את הנצרות בקרב לא-יהודים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2. פאולוס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ב. עשירית מהיבול – לכנסייה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3. הברית החדשה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ג. קו שמסדר אירועים לפי הזמן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4. מעשר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ד. האימפריה הרומית המזרחית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5. גילדה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ה. ספר הקודש של הנוצרים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6. ביזנטיון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ו. איגוד של בעלי מקצוע בעיר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ב׳ – מיומנויות (24 נקודות)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זה תסדרו אירועים לפי הזמן, תקראו מקור קצר ותשלימו תרשים. ענו על כל השאלות.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ציר זמן (6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סדרו את האירועים מהמוקדם (1) למאוחר (6). רמז: השנים כתובות ליד כל אירוע (נקודה לכל אירוע).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🧺 בנק מילים: </w:t>
      </w:r>
      <w:r>
        <w:rPr>
          <w:rFonts w:cs="Arial" w:ascii="Arial" w:hAnsi="Arial"/>
          <w:rtl w:val="1"/>
        </w:rPr>
        <w:t>313 לספירה · 380 לספירה · 476 לספירה · 800 לספירה · 1054 לספירה · 1096 לספירה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אירוע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מספר בסדר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הנצרות הופכת לדת המדינה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נפילת האימפריה הרומית המערבית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קרל הגדול מוכתר לקיסר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הפילוג הגדול בכנסייה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מסע הצלב הראשון יוצא לדרך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צו מילאנו – חופש פולחן לנוצרים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ניתוח מקור (10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קראו את המקור וענו על השאלות (5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📜 </w:t>
      </w:r>
      <w:r>
        <w:rPr>
          <w:rFonts w:cs="Arial" w:ascii="Arial" w:hAnsi="Arial"/>
          <w:color w:val="1F3B5A"/>
          <w:rtl w:val="1"/>
        </w:rPr>
        <w:t>מקור מעובד לתרגול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מתוך צו מילאנו (313 לספירה) – בעיבוד קצר ופשוט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אנחנו, הקיסרים קונסטנטינוס וליקיניוס, נפגשנו בעיר מילאנו. החלטנו לתת לנוצרים ולכל האנשים חופש לבחור את הדת שלהם. מהיום אסור למנוע מהנוצרים להתפלל. כל מקומות התפילה והרכוש שלקחו מהם – יוחזרו להם, בלי תשלום.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האם זהו מקור ראשוני או משני? הקיפו: ראשוני / משני. השלימו: זהו מקור _____ כי הוא נכתב בשנת _____ בידי _____.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11. כתבו שתי החלטות מהצו. (רמז: חופש… / החזרת…)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משימת תרשים – הפירמידה הפיאודלית (8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השלימו את הפירמידה בעזרת מחסן המילים וענו על השאלות (4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🧺 בנק מילים: </w:t>
      </w:r>
      <w:r>
        <w:rPr>
          <w:rFonts w:cs="Arial" w:ascii="Arial" w:hAnsi="Arial"/>
          <w:rtl w:val="1"/>
        </w:rPr>
        <w:t>אצילים / סניורים גדולים · איכרים וצמיתים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לפניכם פירמידה של ארבע שכבות בחברה הפיאודלית. למעלה – החזקים והמעטים, למטה – הרבים. כתבו בכל מקום ריק את השכבה המתאימה מתוך מחסן המילים.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רמה בפירמידה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מי נמצא כאן?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 xml:space="preserve">▲ 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מלך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 xml:space="preserve">▲ ▲ 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______________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 xml:space="preserve">▲ ▲ ▲ 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אבירים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 xml:space="preserve">▲ ▲ ▲ ▲ 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______________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12. השלימו את שתי השכבות החסרות בפירמידה.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13. מה נתנו הצמיתים לאדון, ומה קיבלו ממנו? השלימו: הצמיתים נתנו _____ וקיבלו _____.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ג׳ – הבנה וכתיבה (25 נקודות)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זה תכתבו תשובות קצרות במילים שלכם. ענו על שלוש השאלות הקצרות ובחרו שאלה מורחבת אחת.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שאלות קצרות (15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ענו בשניים-שלושה משפטים (5 נקודות לכל שאלה). אפשר להיעזר במחסן המילים.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🧺 בנק מילים: </w:t>
      </w:r>
      <w:r>
        <w:rPr>
          <w:rFonts w:cs="Arial" w:ascii="Arial" w:hAnsi="Arial"/>
          <w:rtl w:val="1"/>
        </w:rPr>
        <w:t>מקורות · אמינות · להשוות · דרכים · שפה משותפת · פאולוס · צו מילאנו · העתקת ספרים · חקלאות · טיפול בחולים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14. מה עושה היסטוריון? כתבו שני דברים.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15. כתבו שתי סיבות לכך שהנצרות התפשטה באימפריה הרומית.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16. כתבו שני דברים שעשו במנזרים בימי הביניים.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שאלה מורחבת – בחרו אחת (10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בחרו שאלה אחת וכתבו 4–5 משפטים (10 נקודות).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בחרו שאלה אחת וענו עליה.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שאלה א (סיבה ותוצאה): סיבה ותוצאה: המוות השחור (1347–1351). כתבו מה קרה ושלוש תוצאות של המגפה. אפשר להתחיל כך: ׳בשנת 1347 פרצה מגפה… בגלל המגפה…׳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שאלה ב (השוואה): השוואה: אביר וצמית. כתבו דבר אחד דומה ושני דברים שונים. אפשר להתחיל כך: ׳האביר… ואילו הצמית…׳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✂ רגע אחרי המבחן: השאלה שהכי הצלחתי בה: ________ · נושא שארצה לחזור עליו: ____________</w:t>
            </w:r>
          </w:p>
        </w:tc>
      </w:tr>
    </w:tbl>
    <w:p/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